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65E" w:rsidRDefault="00C3365E" w:rsidP="00C3365E">
      <w:r>
        <w:rPr>
          <w:noProof/>
        </w:rPr>
        <w:drawing>
          <wp:inline distT="0" distB="0" distL="0" distR="0" wp14:anchorId="4AD4FFFC" wp14:editId="686D4E06">
            <wp:extent cx="4269740" cy="4953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6"/>
                    <a:stretch>
                      <a:fillRect/>
                    </a:stretch>
                  </pic:blipFill>
                  <pic:spPr>
                    <a:xfrm>
                      <a:off x="0" y="0"/>
                      <a:ext cx="4269740" cy="495300"/>
                    </a:xfrm>
                    <a:prstGeom prst="rect">
                      <a:avLst/>
                    </a:prstGeom>
                  </pic:spPr>
                </pic:pic>
              </a:graphicData>
            </a:graphic>
          </wp:inline>
        </w:drawing>
      </w:r>
    </w:p>
    <w:tbl>
      <w:tblPr>
        <w:tblW w:w="0" w:type="auto"/>
        <w:tblLayout w:type="fixed"/>
        <w:tblLook w:val="04A0" w:firstRow="1" w:lastRow="0" w:firstColumn="1" w:lastColumn="0" w:noHBand="0" w:noVBand="1"/>
      </w:tblPr>
      <w:tblGrid>
        <w:gridCol w:w="4758"/>
        <w:gridCol w:w="6790"/>
      </w:tblGrid>
      <w:tr w:rsidR="007A05ED">
        <w:trPr>
          <w:trHeight w:hRule="exact" w:val="1648"/>
        </w:trPr>
        <w:tc>
          <w:tcPr>
            <w:tcW w:w="4758" w:type="dxa"/>
            <w:tcBorders>
              <w:bottom w:val="single" w:sz="3" w:space="0" w:color="1F3863"/>
            </w:tcBorders>
            <w:tcMar>
              <w:left w:w="0" w:type="dxa"/>
              <w:right w:w="0" w:type="dxa"/>
            </w:tcMar>
          </w:tcPr>
          <w:p w:rsidR="007A05ED" w:rsidRDefault="00E162B0">
            <w:pPr>
              <w:autoSpaceDE w:val="0"/>
              <w:autoSpaceDN w:val="0"/>
              <w:spacing w:before="1156" w:after="0" w:line="240" w:lineRule="auto"/>
              <w:ind w:left="754"/>
            </w:pPr>
            <w:r>
              <w:rPr>
                <w:rFonts w:ascii="Arial Black" w:eastAsia="Arial Black" w:hAnsi="Arial Black"/>
                <w:color w:val="1F3863"/>
                <w:sz w:val="32"/>
              </w:rPr>
              <w:t>Himayat maher</w:t>
            </w:r>
          </w:p>
        </w:tc>
        <w:tc>
          <w:tcPr>
            <w:tcW w:w="6790" w:type="dxa"/>
            <w:tcBorders>
              <w:bottom w:val="single" w:sz="3" w:space="0" w:color="1F3863"/>
            </w:tcBorders>
            <w:tcMar>
              <w:left w:w="0" w:type="dxa"/>
              <w:right w:w="0" w:type="dxa"/>
            </w:tcMar>
          </w:tcPr>
          <w:p w:rsidR="007A05ED" w:rsidRDefault="00E162B0">
            <w:pPr>
              <w:autoSpaceDE w:val="0"/>
              <w:autoSpaceDN w:val="0"/>
              <w:spacing w:before="1152" w:after="0" w:line="240" w:lineRule="auto"/>
              <w:ind w:left="28"/>
            </w:pPr>
            <w:r>
              <w:rPr>
                <w:rFonts w:ascii="Arial Black" w:eastAsia="Arial Black" w:hAnsi="Arial Black"/>
                <w:color w:val="1F3863"/>
                <w:sz w:val="32"/>
              </w:rPr>
              <w:t xml:space="preserve">Summary </w:t>
            </w:r>
          </w:p>
        </w:tc>
      </w:tr>
    </w:tbl>
    <w:p w:rsidR="0089010E" w:rsidRDefault="0089010E" w:rsidP="0089010E">
      <w:pPr>
        <w:autoSpaceDE w:val="0"/>
        <w:autoSpaceDN w:val="0"/>
        <w:spacing w:before="168" w:after="142" w:line="230" w:lineRule="auto"/>
        <w:ind w:right="348"/>
        <w:sectPr w:rsidR="0089010E">
          <w:pgSz w:w="11921" w:h="16841"/>
          <w:pgMar w:top="4" w:right="0" w:bottom="342" w:left="0" w:header="720" w:footer="720" w:gutter="0"/>
          <w:cols w:space="720" w:equalWidth="0">
            <w:col w:w="11920" w:space="0"/>
          </w:cols>
          <w:docGrid w:linePitch="360"/>
        </w:sectPr>
      </w:pPr>
    </w:p>
    <w:p w:rsidR="007A05ED" w:rsidRDefault="00E162B0" w:rsidP="00E162B0">
      <w:pPr>
        <w:autoSpaceDE w:val="0"/>
        <w:autoSpaceDN w:val="0"/>
        <w:spacing w:after="0" w:line="240" w:lineRule="auto"/>
        <w:ind w:left="720"/>
        <w:sectPr w:rsidR="007A05ED">
          <w:type w:val="continuous"/>
          <w:pgSz w:w="11921" w:h="16841"/>
          <w:pgMar w:top="4" w:right="0" w:bottom="342" w:left="0" w:header="720" w:footer="720" w:gutter="0"/>
          <w:cols w:num="2" w:space="720" w:equalWidth="0">
            <w:col w:w="4302" w:space="0"/>
            <w:col w:w="7618" w:space="0"/>
          </w:cols>
          <w:docGrid w:linePitch="360"/>
        </w:sectPr>
      </w:pPr>
      <w:r>
        <w:rPr>
          <w:noProof/>
        </w:rPr>
        <w:lastRenderedPageBreak/>
        <w:drawing>
          <wp:inline distT="0" distB="0" distL="0" distR="0">
            <wp:extent cx="1857375" cy="232172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7">
                      <a:extLst>
                        <a:ext uri="{28A0092B-C50C-407E-A947-70E740481C1C}">
                          <a14:useLocalDpi xmlns:a14="http://schemas.microsoft.com/office/drawing/2010/main" val="0"/>
                        </a:ext>
                      </a:extLst>
                    </a:blip>
                    <a:stretch>
                      <a:fillRect/>
                    </a:stretch>
                  </pic:blipFill>
                  <pic:spPr>
                    <a:xfrm>
                      <a:off x="0" y="0"/>
                      <a:ext cx="1859217" cy="2324022"/>
                    </a:xfrm>
                    <a:prstGeom prst="rect">
                      <a:avLst/>
                    </a:prstGeom>
                  </pic:spPr>
                </pic:pic>
              </a:graphicData>
            </a:graphic>
          </wp:inline>
        </w:drawing>
      </w:r>
    </w:p>
    <w:p w:rsidR="0089010E" w:rsidRDefault="0089010E" w:rsidP="00FF0410">
      <w:pPr>
        <w:spacing w:before="128" w:after="0" w:line="240" w:lineRule="auto"/>
        <w:ind w:right="348"/>
        <w:rPr>
          <w:rFonts w:ascii="Cambria" w:eastAsia="Cambria" w:hAnsi="Cambria" w:cs="Cambria"/>
        </w:rPr>
      </w:pPr>
      <w:r>
        <w:rPr>
          <w:rFonts w:ascii="Times New Roman" w:eastAsia="Times New Roman" w:hAnsi="Times New Roman" w:cs="Times New Roman"/>
          <w:color w:val="000000"/>
          <w:sz w:val="24"/>
        </w:rPr>
        <w:lastRenderedPageBreak/>
        <w:t>Expertise in networking principles, design, implementation, and troubleshooting. Skilled in configuring routers and switches, with practical experience from academic projects. Enthusiastic about applying technical skills to enhance network performance and security</w:t>
      </w:r>
      <w:r w:rsidR="00FF0410">
        <w:rPr>
          <w:rFonts w:ascii="Times New Roman" w:eastAsia="Times New Roman" w:hAnsi="Times New Roman" w:cs="Times New Roman"/>
          <w:color w:val="000000"/>
          <w:sz w:val="24"/>
        </w:rPr>
        <w:t xml:space="preserve"> also completed penetration testing to identify to fix security </w:t>
      </w:r>
      <w:r w:rsidR="00DA782E">
        <w:rPr>
          <w:rFonts w:ascii="Times New Roman" w:eastAsia="Times New Roman" w:hAnsi="Times New Roman" w:cs="Times New Roman"/>
          <w:color w:val="000000"/>
          <w:sz w:val="24"/>
        </w:rPr>
        <w:t>vulnerabilities.</w:t>
      </w:r>
      <w:r>
        <w:rPr>
          <w:rFonts w:ascii="Times New Roman" w:eastAsia="Times New Roman" w:hAnsi="Times New Roman" w:cs="Times New Roman"/>
          <w:color w:val="000000"/>
          <w:sz w:val="24"/>
        </w:rPr>
        <w:t xml:space="preserve"> Well-versed in numerous programming languages including Java, Python</w:t>
      </w:r>
      <w:r w:rsidR="00BD5B2D">
        <w:rPr>
          <w:rFonts w:ascii="Times New Roman" w:eastAsia="Times New Roman" w:hAnsi="Times New Roman" w:cs="Times New Roman"/>
          <w:color w:val="000000"/>
          <w:sz w:val="24"/>
        </w:rPr>
        <w:t>.</w:t>
      </w:r>
    </w:p>
    <w:p w:rsidR="0089010E" w:rsidRDefault="0089010E" w:rsidP="00E162B0">
      <w:pPr>
        <w:autoSpaceDE w:val="0"/>
        <w:autoSpaceDN w:val="0"/>
        <w:spacing w:after="0" w:line="312" w:lineRule="auto"/>
        <w:ind w:right="288"/>
        <w:rPr>
          <w:rFonts w:ascii="Times New Roman" w:eastAsia="Times New Roman" w:hAnsi="Times New Roman"/>
          <w:color w:val="000000"/>
          <w:sz w:val="24"/>
        </w:rPr>
      </w:pPr>
    </w:p>
    <w:p w:rsidR="00E162B0" w:rsidRDefault="00E162B0" w:rsidP="00E162B0">
      <w:pPr>
        <w:autoSpaceDE w:val="0"/>
        <w:autoSpaceDN w:val="0"/>
        <w:spacing w:before="570" w:after="42" w:line="240" w:lineRule="auto"/>
        <w:ind w:left="484"/>
        <w:rPr>
          <w:rFonts w:ascii="Arial Black" w:eastAsia="Arial Black" w:hAnsi="Arial Black"/>
          <w:color w:val="1F3863"/>
          <w:sz w:val="32"/>
        </w:rPr>
      </w:pPr>
      <w:r>
        <w:rPr>
          <w:rFonts w:ascii="Arial Black" w:eastAsia="Arial Black" w:hAnsi="Arial Black"/>
          <w:color w:val="1F3863"/>
          <w:sz w:val="32"/>
        </w:rPr>
        <w:t xml:space="preserve">Skill Highlights and Languages </w:t>
      </w:r>
    </w:p>
    <w:tbl>
      <w:tblPr>
        <w:tblW w:w="7378" w:type="dxa"/>
        <w:tblInd w:w="456" w:type="dxa"/>
        <w:tblCellMar>
          <w:left w:w="10" w:type="dxa"/>
          <w:right w:w="10" w:type="dxa"/>
        </w:tblCellMar>
        <w:tblLook w:val="04A0" w:firstRow="1" w:lastRow="0" w:firstColumn="1" w:lastColumn="0" w:noHBand="0" w:noVBand="1"/>
      </w:tblPr>
      <w:tblGrid>
        <w:gridCol w:w="3792"/>
        <w:gridCol w:w="3586"/>
      </w:tblGrid>
      <w:tr w:rsidR="00E162B0" w:rsidTr="00310211">
        <w:tc>
          <w:tcPr>
            <w:tcW w:w="3792" w:type="dxa"/>
            <w:shd w:val="clear" w:color="000000" w:fill="FFFFFF"/>
            <w:tcMar>
              <w:left w:w="108" w:type="dxa"/>
              <w:right w:w="108" w:type="dxa"/>
            </w:tcMar>
          </w:tcPr>
          <w:p w:rsidR="00E162B0" w:rsidRDefault="00E162B0" w:rsidP="002F2E34">
            <w:pPr>
              <w:spacing w:before="120" w:after="0" w:line="250" w:lineRule="auto"/>
              <w:ind w:left="496" w:right="720"/>
            </w:pPr>
            <w:r>
              <w:rPr>
                <w:rFonts w:ascii="Symbol" w:eastAsia="Symbol" w:hAnsi="Symbol" w:cs="Symbol"/>
                <w:color w:val="000000"/>
                <w:sz w:val="24"/>
              </w:rPr>
              <w:t></w:t>
            </w:r>
            <w:r>
              <w:rPr>
                <w:rFonts w:ascii="Calibri" w:eastAsia="Calibri" w:hAnsi="Calibri" w:cs="Calibri"/>
                <w:color w:val="000000"/>
                <w:sz w:val="24"/>
              </w:rPr>
              <w:t>CCNA,CCNP</w:t>
            </w:r>
            <w:r w:rsidR="00310211">
              <w:rPr>
                <w:rFonts w:ascii="Calibri" w:eastAsia="Calibri" w:hAnsi="Calibri" w:cs="Calibri"/>
                <w:color w:val="000000"/>
                <w:sz w:val="24"/>
              </w:rPr>
              <w:t xml:space="preserve">                                                                                      </w:t>
            </w:r>
            <w:r>
              <w:rPr>
                <w:rFonts w:ascii="Cambria" w:eastAsia="Cambria" w:hAnsi="Cambria" w:cs="Cambria"/>
              </w:rPr>
              <w:br/>
            </w:r>
            <w:r>
              <w:rPr>
                <w:rFonts w:ascii="Symbol" w:eastAsia="Symbol" w:hAnsi="Symbol" w:cs="Symbol"/>
                <w:color w:val="000000"/>
                <w:sz w:val="24"/>
              </w:rPr>
              <w:t></w:t>
            </w:r>
            <w:r>
              <w:rPr>
                <w:rFonts w:ascii="Calibri" w:eastAsia="Calibri" w:hAnsi="Calibri" w:cs="Calibri"/>
                <w:color w:val="000000"/>
                <w:sz w:val="24"/>
              </w:rPr>
              <w:t>MCSE,LINUX SERVER MANAGER</w:t>
            </w:r>
            <w:r>
              <w:rPr>
                <w:rFonts w:ascii="Cambria" w:eastAsia="Cambria" w:hAnsi="Cambria" w:cs="Cambria"/>
              </w:rPr>
              <w:br/>
            </w:r>
            <w:r>
              <w:rPr>
                <w:rFonts w:ascii="Symbol" w:eastAsia="Symbol" w:hAnsi="Symbol" w:cs="Symbol"/>
                <w:color w:val="000000"/>
                <w:sz w:val="24"/>
              </w:rPr>
              <w:t></w:t>
            </w:r>
            <w:r>
              <w:rPr>
                <w:rFonts w:ascii="Calibri" w:eastAsia="Calibri" w:hAnsi="Calibri" w:cs="Calibri"/>
                <w:color w:val="000000"/>
                <w:sz w:val="24"/>
              </w:rPr>
              <w:t>LINUX ADMINISTRATION</w:t>
            </w:r>
            <w:r>
              <w:rPr>
                <w:rFonts w:ascii="Cambria" w:eastAsia="Cambria" w:hAnsi="Cambria" w:cs="Cambria"/>
              </w:rPr>
              <w:br/>
            </w:r>
            <w:r>
              <w:rPr>
                <w:rFonts w:ascii="Symbol" w:eastAsia="Symbol" w:hAnsi="Symbol" w:cs="Symbol"/>
                <w:color w:val="000000"/>
                <w:sz w:val="24"/>
              </w:rPr>
              <w:t></w:t>
            </w:r>
            <w:r>
              <w:rPr>
                <w:rFonts w:ascii="Calibri" w:eastAsia="Calibri" w:hAnsi="Calibri" w:cs="Calibri"/>
                <w:color w:val="000000"/>
                <w:sz w:val="24"/>
              </w:rPr>
              <w:t>PEN TESTER</w:t>
            </w:r>
          </w:p>
        </w:tc>
        <w:tc>
          <w:tcPr>
            <w:tcW w:w="3586" w:type="dxa"/>
            <w:shd w:val="clear" w:color="000000" w:fill="FFFFFF"/>
            <w:tcMar>
              <w:left w:w="108" w:type="dxa"/>
              <w:right w:w="108" w:type="dxa"/>
            </w:tcMar>
          </w:tcPr>
          <w:p w:rsidR="00E162B0" w:rsidRDefault="00E162B0" w:rsidP="00FF0410">
            <w:pPr>
              <w:spacing w:before="396" w:after="0" w:line="250" w:lineRule="auto"/>
              <w:ind w:right="288"/>
            </w:pPr>
            <w:r>
              <w:rPr>
                <w:rFonts w:ascii="Symbol" w:eastAsia="Symbol" w:hAnsi="Symbol" w:cs="Symbol"/>
                <w:color w:val="000000"/>
                <w:sz w:val="24"/>
              </w:rPr>
              <w:t></w:t>
            </w:r>
            <w:r w:rsidR="00C3365E">
              <w:rPr>
                <w:rFonts w:ascii="Calibri" w:eastAsia="Calibri" w:hAnsi="Calibri" w:cs="Calibri"/>
                <w:color w:val="000000"/>
                <w:sz w:val="24"/>
              </w:rPr>
              <w:t xml:space="preserve"> Python</w:t>
            </w:r>
            <w:r>
              <w:rPr>
                <w:rFonts w:ascii="Cambria" w:eastAsia="Cambria" w:hAnsi="Cambria" w:cs="Cambria"/>
              </w:rPr>
              <w:br/>
            </w:r>
            <w:r>
              <w:rPr>
                <w:rFonts w:ascii="Symbol" w:eastAsia="Symbol" w:hAnsi="Symbol" w:cs="Symbol"/>
                <w:color w:val="000000"/>
                <w:sz w:val="24"/>
              </w:rPr>
              <w:t></w:t>
            </w:r>
            <w:r>
              <w:rPr>
                <w:rFonts w:ascii="Calibri" w:eastAsia="Calibri" w:hAnsi="Calibri" w:cs="Calibri"/>
                <w:color w:val="000000"/>
                <w:sz w:val="24"/>
              </w:rPr>
              <w:t xml:space="preserve"> </w:t>
            </w:r>
            <w:r w:rsidR="00C3365E">
              <w:rPr>
                <w:rFonts w:ascii="Calibri" w:eastAsia="Calibri" w:hAnsi="Calibri" w:cs="Calibri"/>
                <w:color w:val="000000"/>
                <w:sz w:val="24"/>
              </w:rPr>
              <w:t>Java</w:t>
            </w:r>
            <w:r>
              <w:rPr>
                <w:rFonts w:ascii="Cambria" w:eastAsia="Cambria" w:hAnsi="Cambria" w:cs="Cambria"/>
              </w:rPr>
              <w:br/>
            </w:r>
            <w:r>
              <w:rPr>
                <w:rFonts w:ascii="Symbol" w:eastAsia="Symbol" w:hAnsi="Symbol" w:cs="Symbol"/>
                <w:color w:val="000000"/>
                <w:sz w:val="24"/>
              </w:rPr>
              <w:t></w:t>
            </w:r>
            <w:r>
              <w:rPr>
                <w:rFonts w:ascii="Calibri" w:eastAsia="Calibri" w:hAnsi="Calibri" w:cs="Calibri"/>
                <w:color w:val="000000"/>
                <w:sz w:val="24"/>
              </w:rPr>
              <w:t xml:space="preserve"> </w:t>
            </w:r>
            <w:r w:rsidR="00C3365E">
              <w:rPr>
                <w:rFonts w:ascii="Calibri" w:eastAsia="Calibri" w:hAnsi="Calibri" w:cs="Calibri"/>
                <w:color w:val="000000"/>
                <w:sz w:val="24"/>
              </w:rPr>
              <w:t>Problem Solving</w:t>
            </w:r>
            <w:r>
              <w:rPr>
                <w:rFonts w:ascii="Cambria" w:eastAsia="Cambria" w:hAnsi="Cambria" w:cs="Cambria"/>
              </w:rPr>
              <w:br/>
            </w:r>
            <w:r w:rsidR="009F254C">
              <w:rPr>
                <w:rFonts w:ascii="Symbol" w:eastAsia="Symbol" w:hAnsi="Symbol" w:cs="Symbol"/>
                <w:color w:val="000000"/>
                <w:sz w:val="24"/>
              </w:rPr>
              <w:t></w:t>
            </w:r>
            <w:r w:rsidR="009F254C">
              <w:rPr>
                <w:rFonts w:ascii="Calibri" w:eastAsia="Calibri" w:hAnsi="Calibri" w:cs="Calibri"/>
                <w:color w:val="000000"/>
                <w:sz w:val="24"/>
              </w:rPr>
              <w:t>Learning Technologies</w:t>
            </w:r>
          </w:p>
        </w:tc>
      </w:tr>
    </w:tbl>
    <w:p w:rsidR="00E162B0" w:rsidRDefault="00E162B0" w:rsidP="00E162B0">
      <w:pPr>
        <w:spacing w:after="0" w:line="250" w:lineRule="auto"/>
        <w:ind w:left="952" w:right="4032"/>
        <w:rPr>
          <w:rFonts w:ascii="Cambria" w:eastAsia="Cambria" w:hAnsi="Cambria" w:cs="Cambria"/>
        </w:rPr>
      </w:pPr>
      <w:r>
        <w:rPr>
          <w:rFonts w:ascii="Symbol" w:eastAsia="Symbol" w:hAnsi="Symbol" w:cs="Symbol"/>
          <w:color w:val="000000"/>
          <w:sz w:val="24"/>
        </w:rPr>
        <w:t></w:t>
      </w:r>
      <w:r>
        <w:rPr>
          <w:rFonts w:ascii="Calibri" w:eastAsia="Calibri" w:hAnsi="Calibri" w:cs="Calibri"/>
          <w:color w:val="000000"/>
          <w:sz w:val="24"/>
        </w:rPr>
        <w:t xml:space="preserve">Communication </w:t>
      </w:r>
    </w:p>
    <w:p w:rsidR="007A05ED" w:rsidRDefault="00E162B0" w:rsidP="00E162B0">
      <w:pPr>
        <w:autoSpaceDE w:val="0"/>
        <w:autoSpaceDN w:val="0"/>
        <w:spacing w:before="246" w:after="30" w:line="240" w:lineRule="auto"/>
      </w:pPr>
      <w:r>
        <w:rPr>
          <w:rFonts w:ascii="Arial Black" w:eastAsia="Arial Black" w:hAnsi="Arial Black"/>
          <w:color w:val="1F3863"/>
          <w:sz w:val="32"/>
        </w:rPr>
        <w:t xml:space="preserve">         Experience </w:t>
      </w:r>
    </w:p>
    <w:p w:rsidR="007A05ED" w:rsidRDefault="007A05ED">
      <w:pPr>
        <w:sectPr w:rsidR="007A05ED">
          <w:type w:val="nextColumn"/>
          <w:pgSz w:w="11921" w:h="16841"/>
          <w:pgMar w:top="4" w:right="0" w:bottom="342" w:left="0" w:header="720" w:footer="720" w:gutter="0"/>
          <w:cols w:num="2" w:space="720" w:equalWidth="0">
            <w:col w:w="4302" w:space="0"/>
            <w:col w:w="7618" w:space="0"/>
          </w:cols>
          <w:docGrid w:linePitch="360"/>
        </w:sectPr>
      </w:pPr>
    </w:p>
    <w:tbl>
      <w:tblPr>
        <w:tblW w:w="0" w:type="auto"/>
        <w:tblInd w:w="360" w:type="dxa"/>
        <w:tblLayout w:type="fixed"/>
        <w:tblLook w:val="04A0" w:firstRow="1" w:lastRow="0" w:firstColumn="1" w:lastColumn="0" w:noHBand="0" w:noVBand="1"/>
      </w:tblPr>
      <w:tblGrid>
        <w:gridCol w:w="4398"/>
        <w:gridCol w:w="6790"/>
      </w:tblGrid>
      <w:tr w:rsidR="007A05ED">
        <w:trPr>
          <w:trHeight w:hRule="exact" w:val="414"/>
        </w:trPr>
        <w:tc>
          <w:tcPr>
            <w:tcW w:w="4398" w:type="dxa"/>
            <w:tcBorders>
              <w:top w:val="single" w:sz="4" w:space="0" w:color="1F3863"/>
            </w:tcBorders>
            <w:tcMar>
              <w:left w:w="0" w:type="dxa"/>
              <w:right w:w="0" w:type="dxa"/>
            </w:tcMar>
          </w:tcPr>
          <w:p w:rsidR="007A05ED" w:rsidRDefault="00E162B0">
            <w:pPr>
              <w:autoSpaceDE w:val="0"/>
              <w:autoSpaceDN w:val="0"/>
              <w:spacing w:after="0" w:line="240" w:lineRule="auto"/>
              <w:ind w:left="372"/>
            </w:pPr>
            <w:r>
              <w:rPr>
                <w:rFonts w:ascii="Arial Black" w:eastAsia="Arial Black" w:hAnsi="Arial Black"/>
                <w:color w:val="1F3863"/>
                <w:sz w:val="32"/>
              </w:rPr>
              <w:lastRenderedPageBreak/>
              <w:t xml:space="preserve">Contact </w:t>
            </w:r>
          </w:p>
        </w:tc>
        <w:tc>
          <w:tcPr>
            <w:tcW w:w="6790" w:type="dxa"/>
            <w:tcBorders>
              <w:top w:val="single" w:sz="4" w:space="0" w:color="1F3863"/>
            </w:tcBorders>
            <w:tcMar>
              <w:left w:w="0" w:type="dxa"/>
              <w:right w:w="0" w:type="dxa"/>
            </w:tcMar>
          </w:tcPr>
          <w:p w:rsidR="007A05ED" w:rsidRDefault="007A05ED" w:rsidP="00727A8A">
            <w:pPr>
              <w:autoSpaceDE w:val="0"/>
              <w:autoSpaceDN w:val="0"/>
              <w:spacing w:before="166" w:after="0" w:line="197" w:lineRule="auto"/>
            </w:pPr>
          </w:p>
        </w:tc>
      </w:tr>
    </w:tbl>
    <w:p w:rsidR="007A05ED" w:rsidRDefault="007A05ED">
      <w:pPr>
        <w:autoSpaceDE w:val="0"/>
        <w:autoSpaceDN w:val="0"/>
        <w:spacing w:after="40" w:line="14" w:lineRule="exact"/>
      </w:pPr>
    </w:p>
    <w:p w:rsidR="007A05ED" w:rsidRDefault="007A05ED">
      <w:pPr>
        <w:sectPr w:rsidR="007A05ED">
          <w:type w:val="continuous"/>
          <w:pgSz w:w="11921" w:h="16841"/>
          <w:pgMar w:top="4" w:right="0" w:bottom="342" w:left="0" w:header="720" w:footer="720" w:gutter="0"/>
          <w:cols w:space="720" w:equalWidth="0">
            <w:col w:w="11920" w:space="0"/>
          </w:cols>
          <w:docGrid w:linePitch="360"/>
        </w:sectPr>
      </w:pPr>
    </w:p>
    <w:p w:rsidR="007A05ED" w:rsidRDefault="00E162B0" w:rsidP="00727A8A">
      <w:pPr>
        <w:autoSpaceDE w:val="0"/>
        <w:autoSpaceDN w:val="0"/>
        <w:spacing w:before="178" w:after="0" w:line="245" w:lineRule="auto"/>
        <w:ind w:left="732" w:right="720"/>
        <w:sectPr w:rsidR="007A05ED">
          <w:type w:val="continuous"/>
          <w:pgSz w:w="11921" w:h="16841"/>
          <w:pgMar w:top="4" w:right="0" w:bottom="342" w:left="0" w:header="720" w:footer="720" w:gutter="0"/>
          <w:cols w:num="2" w:space="720" w:equalWidth="0">
            <w:col w:w="4334" w:space="0"/>
            <w:col w:w="7586" w:space="0"/>
          </w:cols>
          <w:docGrid w:linePitch="360"/>
        </w:sectPr>
      </w:pPr>
      <w:r>
        <w:rPr>
          <w:rFonts w:ascii="Calibri" w:eastAsia="Calibri" w:hAnsi="Calibri"/>
          <w:b/>
          <w:color w:val="000000"/>
          <w:sz w:val="24"/>
        </w:rPr>
        <w:lastRenderedPageBreak/>
        <w:t xml:space="preserve">Address: </w:t>
      </w:r>
      <w:r w:rsidR="00727A8A">
        <w:rPr>
          <w:rFonts w:ascii="Calibri" w:eastAsia="Calibri" w:hAnsi="Calibri"/>
          <w:b/>
          <w:color w:val="000000"/>
          <w:sz w:val="24"/>
        </w:rPr>
        <w:t xml:space="preserve">                                                                   </w:t>
      </w:r>
      <w:r>
        <w:br/>
      </w:r>
      <w:r>
        <w:rPr>
          <w:rFonts w:ascii="Calibri" w:eastAsia="Calibri" w:hAnsi="Calibri"/>
          <w:color w:val="000000"/>
          <w:sz w:val="24"/>
        </w:rPr>
        <w:t xml:space="preserve"> Jalalabad City, Afghanistan. </w:t>
      </w:r>
    </w:p>
    <w:p w:rsidR="00C2754A" w:rsidRPr="00C96A3D" w:rsidRDefault="006E5729" w:rsidP="00727A8A">
      <w:pPr>
        <w:autoSpaceDE w:val="0"/>
        <w:autoSpaceDN w:val="0"/>
        <w:spacing w:after="0" w:line="197" w:lineRule="auto"/>
        <w:rPr>
          <w:rFonts w:ascii="Calibri" w:eastAsia="Calibri" w:hAnsi="Calibri"/>
          <w:b/>
          <w:bCs/>
          <w:color w:val="000000"/>
          <w:sz w:val="24"/>
        </w:rPr>
      </w:pPr>
      <w:r w:rsidRPr="00C96A3D">
        <w:rPr>
          <w:rFonts w:ascii="Calibri" w:eastAsia="Calibri" w:hAnsi="Calibri"/>
          <w:b/>
          <w:bCs/>
          <w:color w:val="000000"/>
          <w:sz w:val="24"/>
        </w:rPr>
        <w:lastRenderedPageBreak/>
        <w:t>Network configuration</w:t>
      </w:r>
      <w:r w:rsidR="00727A8A" w:rsidRPr="00C96A3D">
        <w:rPr>
          <w:rFonts w:ascii="Calibri" w:eastAsia="Calibri" w:hAnsi="Calibri"/>
          <w:b/>
          <w:bCs/>
          <w:color w:val="000000"/>
          <w:sz w:val="24"/>
        </w:rPr>
        <w:t xml:space="preserve"> in different </w:t>
      </w:r>
      <w:r w:rsidR="000C4110" w:rsidRPr="00C96A3D">
        <w:rPr>
          <w:rFonts w:ascii="Calibri" w:eastAsia="Calibri" w:hAnsi="Calibri"/>
          <w:b/>
          <w:bCs/>
          <w:color w:val="000000"/>
          <w:sz w:val="24"/>
        </w:rPr>
        <w:t>courses, and</w:t>
      </w:r>
      <w:r w:rsidR="00310211" w:rsidRPr="00C96A3D">
        <w:rPr>
          <w:rFonts w:ascii="Calibri" w:eastAsia="Calibri" w:hAnsi="Calibri"/>
          <w:b/>
          <w:bCs/>
          <w:color w:val="000000"/>
          <w:sz w:val="24"/>
        </w:rPr>
        <w:t xml:space="preserve"> company</w:t>
      </w:r>
      <w:r w:rsidR="00727A8A" w:rsidRPr="00C96A3D">
        <w:rPr>
          <w:rFonts w:ascii="Calibri" w:eastAsia="Calibri" w:hAnsi="Calibri"/>
          <w:b/>
          <w:bCs/>
          <w:color w:val="000000"/>
          <w:sz w:val="24"/>
        </w:rPr>
        <w:t xml:space="preserve"> also get experience from university or courses teachers</w:t>
      </w:r>
      <w:r w:rsidR="00C3365E" w:rsidRPr="00C96A3D">
        <w:rPr>
          <w:rFonts w:ascii="Calibri" w:eastAsia="Calibri" w:hAnsi="Calibri"/>
          <w:b/>
          <w:bCs/>
          <w:color w:val="000000"/>
          <w:sz w:val="24"/>
        </w:rPr>
        <w:t xml:space="preserve"> regularly</w:t>
      </w:r>
    </w:p>
    <w:p w:rsidR="000C4110" w:rsidRDefault="000C4110" w:rsidP="00C2754A"/>
    <w:tbl>
      <w:tblPr>
        <w:tblpPr w:leftFromText="180" w:rightFromText="180" w:vertAnchor="text" w:horzAnchor="page" w:tblpX="526" w:tblpY="140"/>
        <w:tblW w:w="0" w:type="auto"/>
        <w:tblLayout w:type="fixed"/>
        <w:tblLook w:val="04A0" w:firstRow="1" w:lastRow="0" w:firstColumn="1" w:lastColumn="0" w:noHBand="0" w:noVBand="1"/>
      </w:tblPr>
      <w:tblGrid>
        <w:gridCol w:w="3180"/>
      </w:tblGrid>
      <w:tr w:rsidR="000C4110" w:rsidTr="000C4110">
        <w:trPr>
          <w:trHeight w:hRule="exact" w:val="854"/>
        </w:trPr>
        <w:tc>
          <w:tcPr>
            <w:tcW w:w="3180" w:type="dxa"/>
            <w:tcMar>
              <w:left w:w="0" w:type="dxa"/>
              <w:right w:w="0" w:type="dxa"/>
            </w:tcMar>
          </w:tcPr>
          <w:p w:rsidR="000C4110" w:rsidRDefault="000C4110" w:rsidP="000C4110">
            <w:pPr>
              <w:autoSpaceDE w:val="0"/>
              <w:autoSpaceDN w:val="0"/>
              <w:spacing w:before="186" w:after="0" w:line="245" w:lineRule="auto"/>
              <w:ind w:right="1152"/>
            </w:pPr>
            <w:r>
              <w:rPr>
                <w:rFonts w:ascii="Calibri" w:eastAsia="Calibri" w:hAnsi="Calibri"/>
                <w:b/>
                <w:color w:val="000000"/>
                <w:sz w:val="24"/>
              </w:rPr>
              <w:t xml:space="preserve">      Phone: </w:t>
            </w:r>
            <w:r>
              <w:br/>
            </w:r>
            <w:r>
              <w:rPr>
                <w:rFonts w:ascii="Calibri" w:eastAsia="Calibri" w:hAnsi="Calibri"/>
                <w:color w:val="000000"/>
                <w:sz w:val="24"/>
              </w:rPr>
              <w:t xml:space="preserve">      +93 787887033                   </w:t>
            </w:r>
          </w:p>
        </w:tc>
      </w:tr>
    </w:tbl>
    <w:p w:rsidR="000C4110" w:rsidRPr="00C96A3D" w:rsidRDefault="000C4110" w:rsidP="00C2754A">
      <w:pPr>
        <w:rPr>
          <w:b/>
          <w:bCs/>
        </w:rPr>
        <w:sectPr w:rsidR="000C4110" w:rsidRPr="00C96A3D">
          <w:type w:val="nextColumn"/>
          <w:pgSz w:w="11921" w:h="16841"/>
          <w:pgMar w:top="4" w:right="0" w:bottom="342" w:left="0" w:header="720" w:footer="720" w:gutter="0"/>
          <w:cols w:num="2" w:space="720" w:equalWidth="0">
            <w:col w:w="4334" w:space="0"/>
            <w:col w:w="7586" w:space="0"/>
          </w:cols>
          <w:docGrid w:linePitch="360"/>
        </w:sectPr>
      </w:pPr>
      <w:r w:rsidRPr="00C96A3D">
        <w:rPr>
          <w:b/>
          <w:bCs/>
        </w:rPr>
        <w:t>I have conducted all my penetration testing practically using the Kali Linux operating system, as well as Kali NetHunter on Android</w:t>
      </w:r>
    </w:p>
    <w:p w:rsidR="007A05ED" w:rsidRDefault="007A05ED">
      <w:pPr>
        <w:autoSpaceDE w:val="0"/>
        <w:autoSpaceDN w:val="0"/>
        <w:spacing w:after="194" w:line="14" w:lineRule="exact"/>
      </w:pPr>
    </w:p>
    <w:p w:rsidR="007A05ED" w:rsidRDefault="007A05ED">
      <w:pPr>
        <w:sectPr w:rsidR="007A05ED">
          <w:type w:val="continuous"/>
          <w:pgSz w:w="11921" w:h="16841"/>
          <w:pgMar w:top="4" w:right="0" w:bottom="342" w:left="0" w:header="720" w:footer="720" w:gutter="0"/>
          <w:cols w:space="720" w:equalWidth="0">
            <w:col w:w="11920" w:space="0"/>
          </w:cols>
          <w:docGrid w:linePitch="360"/>
        </w:sectPr>
      </w:pPr>
    </w:p>
    <w:p w:rsidR="007A05ED" w:rsidRDefault="00E162B0">
      <w:pPr>
        <w:autoSpaceDE w:val="0"/>
        <w:autoSpaceDN w:val="0"/>
        <w:spacing w:after="0" w:line="245" w:lineRule="auto"/>
        <w:ind w:left="732" w:right="864"/>
      </w:pPr>
      <w:r>
        <w:rPr>
          <w:rFonts w:ascii="Calibri" w:eastAsia="Calibri" w:hAnsi="Calibri"/>
          <w:b/>
          <w:color w:val="000000"/>
          <w:sz w:val="24"/>
        </w:rPr>
        <w:lastRenderedPageBreak/>
        <w:t xml:space="preserve">Email: </w:t>
      </w:r>
      <w:hyperlink r:id="rId8" w:history="1">
        <w:r w:rsidRPr="00C4727F">
          <w:rPr>
            <w:rStyle w:val="Hyperlink"/>
            <w:rFonts w:ascii="Calibri" w:eastAsia="Calibri" w:hAnsi="Calibri"/>
            <w:sz w:val="24"/>
          </w:rPr>
          <w:t>maherzalmay33@gmail.com</w:t>
        </w:r>
      </w:hyperlink>
    </w:p>
    <w:p w:rsidR="007A05ED" w:rsidRDefault="00E162B0">
      <w:pPr>
        <w:autoSpaceDE w:val="0"/>
        <w:autoSpaceDN w:val="0"/>
        <w:spacing w:before="660" w:after="0" w:line="240" w:lineRule="auto"/>
        <w:ind w:left="732"/>
      </w:pPr>
      <w:r>
        <w:rPr>
          <w:rFonts w:ascii="Arial Black" w:eastAsia="Arial Black" w:hAnsi="Arial Black"/>
          <w:color w:val="1F3863"/>
          <w:sz w:val="32"/>
        </w:rPr>
        <w:t xml:space="preserve">Languages </w:t>
      </w:r>
    </w:p>
    <w:p w:rsidR="007A05ED" w:rsidRDefault="007A05ED">
      <w:pPr>
        <w:sectPr w:rsidR="007A05ED">
          <w:type w:val="continuous"/>
          <w:pgSz w:w="11921" w:h="16841"/>
          <w:pgMar w:top="4" w:right="0" w:bottom="342" w:left="0" w:header="720" w:footer="720" w:gutter="0"/>
          <w:cols w:num="2" w:space="720" w:equalWidth="0">
            <w:col w:w="4222" w:space="0"/>
            <w:col w:w="7698" w:space="0"/>
          </w:cols>
          <w:docGrid w:linePitch="360"/>
        </w:sectPr>
      </w:pPr>
    </w:p>
    <w:p w:rsidR="007A05ED" w:rsidRDefault="0029720F">
      <w:pPr>
        <w:tabs>
          <w:tab w:val="left" w:pos="1284"/>
          <w:tab w:val="left" w:pos="1700"/>
          <w:tab w:val="left" w:pos="1770"/>
        </w:tabs>
        <w:autoSpaceDE w:val="0"/>
        <w:autoSpaceDN w:val="0"/>
        <w:spacing w:after="264" w:line="245" w:lineRule="auto"/>
        <w:ind w:left="924" w:right="1584"/>
      </w:pPr>
      <w:r w:rsidRPr="0029720F">
        <w:rPr>
          <w:rFonts w:ascii="Calibri" w:eastAsia="Calibri" w:hAnsi="Calibri"/>
          <w:color w:val="000000"/>
          <w:sz w:val="24"/>
          <w:szCs w:val="24"/>
        </w:rPr>
        <w:lastRenderedPageBreak/>
        <w:t>1</w:t>
      </w:r>
      <w:r w:rsidR="00E162B0" w:rsidRPr="0029720F">
        <w:rPr>
          <w:rFonts w:ascii="Calibri" w:eastAsia="Calibri" w:hAnsi="Calibri"/>
          <w:color w:val="000000"/>
          <w:sz w:val="24"/>
          <w:szCs w:val="24"/>
        </w:rPr>
        <w:t>)</w:t>
      </w:r>
      <w:r w:rsidR="00E162B0" w:rsidRPr="0029720F">
        <w:rPr>
          <w:rFonts w:ascii="Calibri" w:eastAsia="Calibri" w:hAnsi="Calibri"/>
          <w:b/>
          <w:color w:val="000000"/>
          <w:sz w:val="24"/>
          <w:szCs w:val="24"/>
        </w:rPr>
        <w:t>Smart Face Attendance</w:t>
      </w:r>
      <w:r w:rsidR="00E162B0">
        <w:rPr>
          <w:rFonts w:ascii="Calibri" w:eastAsia="Calibri" w:hAnsi="Calibri"/>
          <w:color w:val="000000"/>
          <w:sz w:val="28"/>
        </w:rPr>
        <w:t xml:space="preserve"> (Web application) </w:t>
      </w:r>
      <w:r w:rsidR="00E162B0">
        <w:tab/>
      </w:r>
      <w:r w:rsidR="00E162B0" w:rsidRPr="0029720F">
        <w:rPr>
          <w:rFonts w:ascii="Calibri" w:eastAsia="Calibri" w:hAnsi="Calibri"/>
          <w:b/>
          <w:bCs/>
          <w:color w:val="000000"/>
          <w:sz w:val="28"/>
        </w:rPr>
        <w:t>a</w:t>
      </w:r>
      <w:r w:rsidR="00E162B0">
        <w:rPr>
          <w:rFonts w:ascii="Calibri" w:eastAsia="Calibri" w:hAnsi="Calibri"/>
          <w:color w:val="000000"/>
          <w:sz w:val="28"/>
        </w:rPr>
        <w:t>)Frontend technologies</w:t>
      </w:r>
      <w:r w:rsidR="00E162B0">
        <w:rPr>
          <w:rFonts w:ascii="Calibri" w:eastAsia="Calibri" w:hAnsi="Calibri"/>
          <w:b/>
          <w:color w:val="000000"/>
          <w:sz w:val="28"/>
        </w:rPr>
        <w:t xml:space="preserve">: </w:t>
      </w:r>
      <w:r w:rsidR="00E162B0">
        <w:br/>
      </w:r>
      <w:r w:rsidR="00E162B0">
        <w:tab/>
      </w:r>
      <w:r w:rsidR="00E162B0">
        <w:rPr>
          <w:rFonts w:ascii="Calibri" w:eastAsia="Calibri" w:hAnsi="Calibri"/>
          <w:color w:val="000000"/>
          <w:sz w:val="24"/>
        </w:rPr>
        <w:t xml:space="preserve">HTML, CSS, Java Script, Bootstrap </w:t>
      </w:r>
      <w:r w:rsidR="00E162B0">
        <w:br/>
      </w:r>
      <w:r w:rsidR="00E162B0">
        <w:tab/>
      </w:r>
      <w:r w:rsidR="00E162B0" w:rsidRPr="0029720F">
        <w:rPr>
          <w:rFonts w:ascii="Calibri" w:eastAsia="Calibri" w:hAnsi="Calibri"/>
          <w:b/>
          <w:bCs/>
          <w:color w:val="000000"/>
          <w:sz w:val="28"/>
        </w:rPr>
        <w:t>b</w:t>
      </w:r>
      <w:r w:rsidR="00E162B0">
        <w:rPr>
          <w:rFonts w:ascii="Calibri" w:eastAsia="Calibri" w:hAnsi="Calibri"/>
          <w:color w:val="000000"/>
          <w:sz w:val="28"/>
        </w:rPr>
        <w:t xml:space="preserve">)Back end technologies: </w:t>
      </w:r>
      <w:r w:rsidR="00E162B0">
        <w:br/>
      </w:r>
      <w:bookmarkStart w:id="0" w:name="_GoBack"/>
      <w:bookmarkEnd w:id="0"/>
      <w:r w:rsidR="00E162B0">
        <w:tab/>
      </w:r>
      <w:r w:rsidR="00E162B0">
        <w:rPr>
          <w:rFonts w:ascii="Calibri" w:eastAsia="Calibri" w:hAnsi="Calibri"/>
          <w:color w:val="000000"/>
          <w:sz w:val="24"/>
        </w:rPr>
        <w:t xml:space="preserve"> Python, Django, OpenCV </w:t>
      </w:r>
    </w:p>
    <w:p w:rsidR="007A05ED" w:rsidRDefault="007A05ED">
      <w:pPr>
        <w:sectPr w:rsidR="007A05ED">
          <w:type w:val="nextColumn"/>
          <w:pgSz w:w="11921" w:h="16841"/>
          <w:pgMar w:top="4" w:right="0" w:bottom="342" w:left="0" w:header="720" w:footer="720" w:gutter="0"/>
          <w:cols w:num="2" w:space="720" w:equalWidth="0">
            <w:col w:w="4222" w:space="0"/>
            <w:col w:w="7698" w:space="0"/>
          </w:cols>
          <w:docGrid w:linePitch="360"/>
        </w:sectPr>
      </w:pPr>
    </w:p>
    <w:tbl>
      <w:tblPr>
        <w:tblW w:w="0" w:type="auto"/>
        <w:tblInd w:w="704" w:type="dxa"/>
        <w:tblLayout w:type="fixed"/>
        <w:tblLook w:val="04A0" w:firstRow="1" w:lastRow="0" w:firstColumn="1" w:lastColumn="0" w:noHBand="0" w:noVBand="1"/>
      </w:tblPr>
      <w:tblGrid>
        <w:gridCol w:w="3318"/>
        <w:gridCol w:w="7048"/>
      </w:tblGrid>
      <w:tr w:rsidR="007A05ED" w:rsidTr="002F3308">
        <w:trPr>
          <w:trHeight w:hRule="exact" w:val="2845"/>
        </w:trPr>
        <w:tc>
          <w:tcPr>
            <w:tcW w:w="3318" w:type="dxa"/>
            <w:tcBorders>
              <w:top w:val="single" w:sz="4" w:space="0" w:color="1F3863"/>
            </w:tcBorders>
            <w:tcMar>
              <w:left w:w="0" w:type="dxa"/>
              <w:right w:w="0" w:type="dxa"/>
            </w:tcMar>
          </w:tcPr>
          <w:p w:rsidR="007A05ED" w:rsidRDefault="00E162B0" w:rsidP="00C96A3D">
            <w:pPr>
              <w:autoSpaceDE w:val="0"/>
              <w:autoSpaceDN w:val="0"/>
              <w:spacing w:before="170" w:after="0" w:line="245" w:lineRule="auto"/>
              <w:ind w:left="28" w:right="576"/>
            </w:pPr>
            <w:r>
              <w:rPr>
                <w:rFonts w:ascii="Calibri" w:eastAsia="Calibri" w:hAnsi="Calibri"/>
                <w:color w:val="000000"/>
                <w:sz w:val="24"/>
              </w:rPr>
              <w:lastRenderedPageBreak/>
              <w:t>Pashto (Native Language) Dari (</w:t>
            </w:r>
            <w:r w:rsidR="00C96A3D">
              <w:rPr>
                <w:rFonts w:ascii="Calibri" w:eastAsia="Calibri" w:hAnsi="Calibri"/>
                <w:color w:val="000000"/>
                <w:sz w:val="24"/>
              </w:rPr>
              <w:t>Excellent</w:t>
            </w:r>
            <w:r>
              <w:rPr>
                <w:rFonts w:ascii="Calibri" w:eastAsia="Calibri" w:hAnsi="Calibri"/>
                <w:color w:val="000000"/>
                <w:sz w:val="24"/>
              </w:rPr>
              <w:t xml:space="preserve">) </w:t>
            </w:r>
            <w:r>
              <w:br/>
            </w:r>
            <w:r>
              <w:rPr>
                <w:rFonts w:ascii="Calibri" w:eastAsia="Calibri" w:hAnsi="Calibri"/>
                <w:color w:val="000000"/>
                <w:sz w:val="24"/>
              </w:rPr>
              <w:t xml:space="preserve">English (Fluent) </w:t>
            </w:r>
            <w:r w:rsidR="00565E83">
              <w:rPr>
                <w:rFonts w:ascii="Calibri" w:eastAsia="Calibri" w:hAnsi="Calibri"/>
                <w:color w:val="000000"/>
                <w:sz w:val="24"/>
              </w:rPr>
              <w:t xml:space="preserve">                                                                 </w:t>
            </w:r>
            <w:r>
              <w:br/>
            </w:r>
            <w:r>
              <w:rPr>
                <w:rFonts w:ascii="Calibri" w:eastAsia="Calibri" w:hAnsi="Calibri"/>
                <w:color w:val="000000"/>
                <w:sz w:val="24"/>
              </w:rPr>
              <w:t xml:space="preserve">Urdu (Excellent) </w:t>
            </w:r>
            <w:r w:rsidR="002F3308">
              <w:rPr>
                <w:rFonts w:ascii="Calibri" w:eastAsia="Calibri" w:hAnsi="Calibri"/>
                <w:color w:val="000000"/>
                <w:sz w:val="24"/>
              </w:rPr>
              <w:t xml:space="preserve"> </w:t>
            </w:r>
          </w:p>
        </w:tc>
        <w:tc>
          <w:tcPr>
            <w:tcW w:w="7048" w:type="dxa"/>
            <w:tcBorders>
              <w:top w:val="single" w:sz="4" w:space="0" w:color="1F3863"/>
            </w:tcBorders>
            <w:tcMar>
              <w:left w:w="0" w:type="dxa"/>
              <w:right w:w="0" w:type="dxa"/>
            </w:tcMar>
          </w:tcPr>
          <w:p w:rsidR="007A05ED" w:rsidRDefault="00727A8A" w:rsidP="00AC043C">
            <w:pPr>
              <w:tabs>
                <w:tab w:val="left" w:pos="1538"/>
                <w:tab w:val="left" w:pos="1626"/>
                <w:tab w:val="left" w:pos="1988"/>
              </w:tabs>
              <w:autoSpaceDE w:val="0"/>
              <w:autoSpaceDN w:val="0"/>
              <w:spacing w:before="130" w:after="0" w:line="245" w:lineRule="auto"/>
              <w:ind w:left="1266" w:right="1152"/>
              <w:rPr>
                <w:rFonts w:ascii="Calibri" w:eastAsia="Calibri" w:hAnsi="Calibri"/>
                <w:b/>
                <w:color w:val="000000"/>
                <w:sz w:val="24"/>
              </w:rPr>
            </w:pPr>
            <w:r>
              <w:rPr>
                <w:rFonts w:ascii="Calibri" w:eastAsia="Calibri" w:hAnsi="Calibri"/>
                <w:b/>
                <w:color w:val="000000"/>
                <w:sz w:val="24"/>
              </w:rPr>
              <w:t xml:space="preserve">  </w:t>
            </w:r>
            <w:r w:rsidR="00AC043C">
              <w:rPr>
                <w:rFonts w:ascii="Calibri" w:eastAsia="Calibri" w:hAnsi="Calibri"/>
                <w:b/>
                <w:color w:val="000000"/>
                <w:sz w:val="24"/>
              </w:rPr>
              <w:t xml:space="preserve">2) Project in network for metropolitan </w:t>
            </w:r>
            <w:r>
              <w:rPr>
                <w:rFonts w:ascii="Calibri" w:eastAsia="Calibri" w:hAnsi="Calibri"/>
                <w:b/>
                <w:color w:val="000000"/>
                <w:sz w:val="24"/>
              </w:rPr>
              <w:t>area network</w:t>
            </w:r>
            <w:r w:rsidR="009657C7">
              <w:rPr>
                <w:rFonts w:ascii="Calibri" w:eastAsia="Calibri" w:hAnsi="Calibri"/>
                <w:b/>
                <w:color w:val="000000"/>
                <w:sz w:val="24"/>
              </w:rPr>
              <w:t>(MAN)</w:t>
            </w:r>
          </w:p>
          <w:p w:rsidR="00024B0A" w:rsidRDefault="00C96A3D" w:rsidP="00AC043C">
            <w:pPr>
              <w:tabs>
                <w:tab w:val="left" w:pos="1538"/>
                <w:tab w:val="left" w:pos="1626"/>
                <w:tab w:val="left" w:pos="1988"/>
              </w:tabs>
              <w:autoSpaceDE w:val="0"/>
              <w:autoSpaceDN w:val="0"/>
              <w:spacing w:before="130" w:after="0" w:line="245" w:lineRule="auto"/>
              <w:ind w:left="1266" w:right="1152"/>
              <w:rPr>
                <w:rFonts w:ascii="Calibri" w:eastAsia="Calibri" w:hAnsi="Calibri"/>
                <w:b/>
                <w:color w:val="000000"/>
                <w:sz w:val="24"/>
              </w:rPr>
            </w:pPr>
            <w:r>
              <w:rPr>
                <w:rFonts w:ascii="Calibri" w:eastAsia="Calibri" w:hAnsi="Calibri"/>
                <w:b/>
                <w:color w:val="000000"/>
                <w:sz w:val="24"/>
              </w:rPr>
              <w:t xml:space="preserve"> 3) </w:t>
            </w:r>
            <w:r w:rsidR="00024B0A" w:rsidRPr="00024B0A">
              <w:rPr>
                <w:rFonts w:ascii="Calibri" w:eastAsia="Calibri" w:hAnsi="Calibri"/>
                <w:b/>
                <w:color w:val="000000"/>
                <w:sz w:val="24"/>
              </w:rPr>
              <w:t>I have also completed various small projects for different organizations, as well as additional projects in multiple programming languages</w:t>
            </w:r>
            <w:r w:rsidR="00BD5B2D">
              <w:rPr>
                <w:rFonts w:ascii="Calibri" w:eastAsia="Calibri" w:hAnsi="Calibri"/>
                <w:b/>
                <w:color w:val="000000"/>
                <w:sz w:val="24"/>
              </w:rPr>
              <w:t>.</w:t>
            </w:r>
          </w:p>
          <w:p w:rsidR="002F3308" w:rsidRDefault="002F3308" w:rsidP="00565E83">
            <w:pPr>
              <w:autoSpaceDE w:val="0"/>
              <w:autoSpaceDN w:val="0"/>
              <w:spacing w:before="402" w:after="0" w:line="197" w:lineRule="auto"/>
              <w:ind w:right="2038"/>
              <w:jc w:val="right"/>
              <w:rPr>
                <w:rFonts w:ascii="Calibri" w:eastAsia="Calibri" w:hAnsi="Calibri"/>
                <w:color w:val="000000"/>
                <w:sz w:val="28"/>
              </w:rPr>
            </w:pPr>
          </w:p>
          <w:p w:rsidR="002F3308" w:rsidRDefault="002F3308" w:rsidP="00565E83">
            <w:pPr>
              <w:autoSpaceDE w:val="0"/>
              <w:autoSpaceDN w:val="0"/>
              <w:spacing w:before="402" w:after="0" w:line="197" w:lineRule="auto"/>
              <w:ind w:right="2038"/>
              <w:jc w:val="right"/>
              <w:rPr>
                <w:rFonts w:ascii="Calibri" w:eastAsia="Calibri" w:hAnsi="Calibri"/>
                <w:color w:val="000000"/>
                <w:sz w:val="28"/>
              </w:rPr>
            </w:pPr>
          </w:p>
          <w:p w:rsidR="002F3308" w:rsidRDefault="002F3308" w:rsidP="00565E83">
            <w:pPr>
              <w:autoSpaceDE w:val="0"/>
              <w:autoSpaceDN w:val="0"/>
              <w:spacing w:before="402" w:after="0" w:line="197" w:lineRule="auto"/>
              <w:ind w:right="2038"/>
              <w:jc w:val="right"/>
              <w:rPr>
                <w:rFonts w:ascii="Calibri" w:eastAsia="Calibri" w:hAnsi="Calibri"/>
                <w:color w:val="000000"/>
                <w:sz w:val="28"/>
              </w:rPr>
            </w:pPr>
          </w:p>
          <w:p w:rsidR="00565E83" w:rsidRDefault="00565E83" w:rsidP="00565E83">
            <w:pPr>
              <w:autoSpaceDE w:val="0"/>
              <w:autoSpaceDN w:val="0"/>
              <w:spacing w:before="402" w:after="0" w:line="197" w:lineRule="auto"/>
              <w:ind w:right="2038"/>
              <w:jc w:val="right"/>
              <w:rPr>
                <w:rFonts w:ascii="Calibri" w:eastAsia="Calibri" w:hAnsi="Calibri"/>
                <w:color w:val="000000"/>
                <w:sz w:val="28"/>
              </w:rPr>
            </w:pPr>
          </w:p>
          <w:p w:rsidR="00565E83" w:rsidRDefault="00565E83" w:rsidP="00565E83">
            <w:pPr>
              <w:autoSpaceDE w:val="0"/>
              <w:autoSpaceDN w:val="0"/>
              <w:spacing w:before="402" w:after="0" w:line="197" w:lineRule="auto"/>
              <w:ind w:right="2038"/>
              <w:jc w:val="right"/>
              <w:rPr>
                <w:rFonts w:ascii="Calibri" w:eastAsia="Calibri" w:hAnsi="Calibri"/>
                <w:color w:val="000000"/>
                <w:sz w:val="28"/>
              </w:rPr>
            </w:pPr>
            <w:r>
              <w:rPr>
                <w:rFonts w:ascii="Calibri" w:eastAsia="Calibri" w:hAnsi="Calibri"/>
                <w:color w:val="000000"/>
                <w:sz w:val="28"/>
              </w:rPr>
              <w:t xml:space="preserve">   </w:t>
            </w:r>
          </w:p>
          <w:p w:rsidR="00565E83" w:rsidRDefault="00565E83" w:rsidP="00727A8A">
            <w:pPr>
              <w:tabs>
                <w:tab w:val="left" w:pos="1538"/>
                <w:tab w:val="left" w:pos="1626"/>
                <w:tab w:val="left" w:pos="1988"/>
              </w:tabs>
              <w:autoSpaceDE w:val="0"/>
              <w:autoSpaceDN w:val="0"/>
              <w:spacing w:before="130" w:after="0" w:line="245" w:lineRule="auto"/>
              <w:ind w:left="1266" w:right="1152"/>
            </w:pPr>
          </w:p>
        </w:tc>
      </w:tr>
    </w:tbl>
    <w:p w:rsidR="00565E83" w:rsidRPr="00C3365E" w:rsidRDefault="002F3308" w:rsidP="002F3308">
      <w:pPr>
        <w:autoSpaceDE w:val="0"/>
        <w:autoSpaceDN w:val="0"/>
        <w:spacing w:before="402" w:after="0" w:line="197" w:lineRule="auto"/>
        <w:ind w:right="2038"/>
        <w:rPr>
          <w:rFonts w:ascii="Calibri" w:eastAsia="Calibri" w:hAnsi="Calibri"/>
          <w:color w:val="000000"/>
          <w:sz w:val="28"/>
        </w:rPr>
      </w:pPr>
      <w:r>
        <w:rPr>
          <w:rFonts w:ascii="Calibri" w:eastAsia="Calibri" w:hAnsi="Calibri"/>
          <w:color w:val="000000"/>
          <w:sz w:val="28"/>
        </w:rPr>
        <w:lastRenderedPageBreak/>
        <w:t xml:space="preserve">                                                                </w:t>
      </w:r>
      <w:r w:rsidR="00C3365E">
        <w:rPr>
          <w:rFonts w:ascii="Calibri" w:eastAsia="Calibri" w:hAnsi="Calibri"/>
          <w:color w:val="000000"/>
          <w:sz w:val="28"/>
        </w:rPr>
        <w:t xml:space="preserve"> </w:t>
      </w:r>
    </w:p>
    <w:p w:rsidR="007A05ED" w:rsidRPr="00C3365E" w:rsidRDefault="007A05ED" w:rsidP="00565E83">
      <w:pPr>
        <w:autoSpaceDE w:val="0"/>
        <w:autoSpaceDN w:val="0"/>
        <w:spacing w:before="402" w:after="0" w:line="197" w:lineRule="auto"/>
        <w:ind w:right="2038"/>
        <w:rPr>
          <w:rFonts w:ascii="Calibri" w:eastAsia="Calibri" w:hAnsi="Calibri"/>
          <w:color w:val="000000"/>
          <w:sz w:val="28"/>
        </w:rPr>
      </w:pPr>
    </w:p>
    <w:p w:rsidR="009F254C" w:rsidRDefault="00E162B0" w:rsidP="009F254C">
      <w:pPr>
        <w:autoSpaceDE w:val="0"/>
        <w:autoSpaceDN w:val="0"/>
        <w:spacing w:before="1028" w:after="0" w:line="240" w:lineRule="auto"/>
        <w:jc w:val="right"/>
      </w:pPr>
      <w:r>
        <w:rPr>
          <w:noProof/>
        </w:rPr>
        <w:drawing>
          <wp:inline distT="0" distB="0" distL="0" distR="0">
            <wp:extent cx="4269740"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6"/>
                    <a:stretch>
                      <a:fillRect/>
                    </a:stretch>
                  </pic:blipFill>
                  <pic:spPr>
                    <a:xfrm>
                      <a:off x="0" y="0"/>
                      <a:ext cx="4269740" cy="495300"/>
                    </a:xfrm>
                    <a:prstGeom prst="rect">
                      <a:avLst/>
                    </a:prstGeom>
                  </pic:spPr>
                </pic:pic>
              </a:graphicData>
            </a:graphic>
          </wp:inline>
        </w:drawing>
      </w:r>
    </w:p>
    <w:p w:rsidR="009F254C" w:rsidRPr="009F254C" w:rsidRDefault="009F254C" w:rsidP="009F254C"/>
    <w:p w:rsidR="009F254C" w:rsidRDefault="009F254C" w:rsidP="009F254C"/>
    <w:p w:rsidR="009F254C" w:rsidRDefault="009F254C" w:rsidP="009F254C">
      <w:pPr>
        <w:autoSpaceDE w:val="0"/>
        <w:autoSpaceDN w:val="0"/>
        <w:spacing w:after="0" w:line="240" w:lineRule="auto"/>
      </w:pPr>
      <w:r>
        <w:rPr>
          <w:rFonts w:ascii="Arial Black" w:eastAsia="Arial Black" w:hAnsi="Arial Black"/>
          <w:color w:val="1F3863"/>
          <w:sz w:val="32"/>
        </w:rPr>
        <w:t xml:space="preserve">Education </w:t>
      </w:r>
    </w:p>
    <w:p w:rsidR="009F254C" w:rsidRDefault="009F254C" w:rsidP="009F254C">
      <w:pPr>
        <w:autoSpaceDE w:val="0"/>
        <w:autoSpaceDN w:val="0"/>
        <w:spacing w:before="168" w:after="0" w:line="247" w:lineRule="auto"/>
        <w:ind w:left="388" w:right="1296"/>
      </w:pPr>
      <w:r>
        <w:rPr>
          <w:rFonts w:ascii="Symbol" w:eastAsia="Symbol" w:hAnsi="Symbol"/>
          <w:color w:val="000000"/>
          <w:sz w:val="24"/>
        </w:rPr>
        <w:t></w:t>
      </w:r>
      <w:r>
        <w:rPr>
          <w:rFonts w:ascii="Calibri" w:eastAsia="Calibri" w:hAnsi="Calibri"/>
          <w:color w:val="000000"/>
          <w:sz w:val="24"/>
        </w:rPr>
        <w:t xml:space="preserve">Graduated from Pazwak High School. (2019) </w:t>
      </w:r>
      <w:r>
        <w:br/>
      </w:r>
      <w:r>
        <w:rPr>
          <w:rFonts w:ascii="Symbol" w:eastAsia="Symbol" w:hAnsi="Symbol"/>
          <w:color w:val="000000"/>
          <w:sz w:val="24"/>
        </w:rPr>
        <w:t></w:t>
      </w:r>
      <w:r w:rsidR="002029F2">
        <w:rPr>
          <w:rFonts w:ascii="Calibri" w:eastAsia="Calibri" w:hAnsi="Calibri"/>
          <w:color w:val="000000"/>
          <w:sz w:val="24"/>
        </w:rPr>
        <w:t>Graduated from Nangra</w:t>
      </w:r>
      <w:r>
        <w:rPr>
          <w:rFonts w:ascii="Calibri" w:eastAsia="Calibri" w:hAnsi="Calibri"/>
          <w:color w:val="000000"/>
          <w:sz w:val="24"/>
        </w:rPr>
        <w:t xml:space="preserve">har university, Computer Science Network department. (2024) </w:t>
      </w:r>
    </w:p>
    <w:p w:rsidR="009F254C" w:rsidRDefault="009F254C" w:rsidP="009F254C">
      <w:pPr>
        <w:autoSpaceDE w:val="0"/>
        <w:autoSpaceDN w:val="0"/>
        <w:spacing w:before="662" w:after="0" w:line="240" w:lineRule="auto"/>
        <w:ind w:left="28"/>
      </w:pPr>
      <w:r>
        <w:rPr>
          <w:rFonts w:ascii="Arial Black" w:eastAsia="Arial Black" w:hAnsi="Arial Black"/>
          <w:color w:val="1F3863"/>
          <w:sz w:val="32"/>
        </w:rPr>
        <w:t xml:space="preserve">Certifications </w:t>
      </w:r>
    </w:p>
    <w:p w:rsidR="009F254C" w:rsidRDefault="009F254C" w:rsidP="009F254C">
      <w:pPr>
        <w:autoSpaceDE w:val="0"/>
        <w:autoSpaceDN w:val="0"/>
        <w:spacing w:before="170" w:after="0" w:line="245" w:lineRule="auto"/>
        <w:ind w:left="388"/>
      </w:pPr>
      <w:r>
        <w:rPr>
          <w:rFonts w:ascii="Symbol" w:eastAsia="Symbol" w:hAnsi="Symbol"/>
          <w:color w:val="000000"/>
          <w:sz w:val="24"/>
        </w:rPr>
        <w:t></w:t>
      </w:r>
      <w:r w:rsidRPr="00E162B0">
        <w:rPr>
          <w:rFonts w:ascii="Calibri" w:eastAsia="Calibri" w:hAnsi="Calibri" w:cs="Calibri"/>
          <w:color w:val="000000"/>
          <w:sz w:val="24"/>
        </w:rPr>
        <w:t xml:space="preserve"> </w:t>
      </w:r>
      <w:r>
        <w:rPr>
          <w:rFonts w:ascii="Calibri" w:eastAsia="Calibri" w:hAnsi="Calibri" w:cs="Calibri"/>
          <w:color w:val="000000"/>
          <w:sz w:val="24"/>
        </w:rPr>
        <w:t xml:space="preserve">MCSE, CCNA in earasoft IT solution company. </w:t>
      </w:r>
      <w:r>
        <w:rPr>
          <w:rFonts w:ascii="Calibri" w:eastAsia="Calibri" w:hAnsi="Calibri"/>
          <w:color w:val="000000"/>
          <w:sz w:val="24"/>
        </w:rPr>
        <w:t xml:space="preserve"> </w:t>
      </w:r>
    </w:p>
    <w:p w:rsidR="002029F2" w:rsidRDefault="009F254C" w:rsidP="009F254C">
      <w:pPr>
        <w:autoSpaceDE w:val="0"/>
        <w:autoSpaceDN w:val="0"/>
        <w:spacing w:before="4" w:after="0" w:line="247" w:lineRule="auto"/>
        <w:ind w:left="388" w:right="3888"/>
        <w:rPr>
          <w:rFonts w:ascii="Calibri" w:eastAsia="Calibri" w:hAnsi="Calibri"/>
          <w:color w:val="000000"/>
          <w:sz w:val="24"/>
        </w:rPr>
      </w:pPr>
      <w:r>
        <w:rPr>
          <w:rFonts w:ascii="Symbol" w:eastAsia="Symbol" w:hAnsi="Symbol"/>
          <w:color w:val="000000"/>
          <w:sz w:val="24"/>
        </w:rPr>
        <w:t></w:t>
      </w:r>
      <w:r>
        <w:rPr>
          <w:rFonts w:ascii="Calibri" w:eastAsia="Calibri" w:hAnsi="Calibri"/>
          <w:color w:val="000000"/>
          <w:sz w:val="24"/>
        </w:rPr>
        <w:t>DEL in English Language in Khorasan university. (2022-2023)</w:t>
      </w:r>
    </w:p>
    <w:p w:rsidR="009F254C" w:rsidRDefault="009F254C" w:rsidP="009F254C">
      <w:pPr>
        <w:autoSpaceDE w:val="0"/>
        <w:autoSpaceDN w:val="0"/>
        <w:spacing w:before="4" w:after="0" w:line="247" w:lineRule="auto"/>
        <w:ind w:left="388" w:right="3888"/>
        <w:rPr>
          <w:rFonts w:ascii="Calibri" w:eastAsia="Calibri" w:hAnsi="Calibri"/>
          <w:color w:val="000000"/>
          <w:sz w:val="24"/>
        </w:rPr>
      </w:pPr>
      <w:r>
        <w:rPr>
          <w:rFonts w:ascii="Calibri" w:eastAsia="Calibri" w:hAnsi="Calibri"/>
          <w:color w:val="000000"/>
          <w:sz w:val="24"/>
        </w:rPr>
        <w:t xml:space="preserve"> </w:t>
      </w:r>
      <w:r>
        <w:rPr>
          <w:rFonts w:ascii="Symbol" w:eastAsia="Symbol" w:hAnsi="Symbol"/>
          <w:color w:val="000000"/>
          <w:sz w:val="24"/>
        </w:rPr>
        <w:t></w:t>
      </w:r>
      <w:r>
        <w:rPr>
          <w:rFonts w:ascii="Calibri" w:eastAsia="Calibri" w:hAnsi="Calibri"/>
          <w:color w:val="000000"/>
          <w:sz w:val="24"/>
        </w:rPr>
        <w:t xml:space="preserve">Certificate in MOUS </w:t>
      </w:r>
    </w:p>
    <w:p w:rsidR="009F254C" w:rsidRDefault="009F254C" w:rsidP="009F254C">
      <w:pPr>
        <w:autoSpaceDE w:val="0"/>
        <w:autoSpaceDN w:val="0"/>
        <w:spacing w:before="4" w:after="0" w:line="247" w:lineRule="auto"/>
        <w:ind w:left="388" w:right="3888"/>
        <w:rPr>
          <w:rFonts w:ascii="Calibri" w:eastAsia="Calibri" w:hAnsi="Calibri"/>
          <w:color w:val="000000"/>
          <w:sz w:val="24"/>
        </w:rPr>
      </w:pPr>
    </w:p>
    <w:p w:rsidR="009F254C" w:rsidRDefault="009F254C" w:rsidP="009F254C">
      <w:pPr>
        <w:autoSpaceDE w:val="0"/>
        <w:autoSpaceDN w:val="0"/>
        <w:spacing w:before="4" w:after="0" w:line="247" w:lineRule="auto"/>
        <w:ind w:left="388" w:right="3888"/>
        <w:rPr>
          <w:rFonts w:ascii="Calibri" w:eastAsia="Calibri" w:hAnsi="Calibri"/>
          <w:color w:val="000000"/>
          <w:sz w:val="24"/>
        </w:rPr>
      </w:pPr>
    </w:p>
    <w:p w:rsidR="009F254C" w:rsidRDefault="009F254C" w:rsidP="009F254C">
      <w:pPr>
        <w:autoSpaceDE w:val="0"/>
        <w:autoSpaceDN w:val="0"/>
        <w:spacing w:before="4" w:after="0" w:line="247" w:lineRule="auto"/>
        <w:ind w:left="388" w:right="3888"/>
        <w:rPr>
          <w:rFonts w:ascii="Calibri" w:eastAsia="Calibri" w:hAnsi="Calibri"/>
          <w:color w:val="000000"/>
          <w:sz w:val="24"/>
        </w:rPr>
      </w:pPr>
    </w:p>
    <w:p w:rsidR="009F254C" w:rsidRDefault="009F254C" w:rsidP="009F254C">
      <w:pPr>
        <w:autoSpaceDE w:val="0"/>
        <w:autoSpaceDN w:val="0"/>
        <w:spacing w:before="4" w:after="0" w:line="247" w:lineRule="auto"/>
        <w:ind w:left="388" w:right="3888"/>
        <w:rPr>
          <w:rFonts w:ascii="Calibri" w:eastAsia="Calibri" w:hAnsi="Calibri"/>
          <w:color w:val="000000"/>
          <w:sz w:val="24"/>
        </w:rPr>
      </w:pPr>
    </w:p>
    <w:p w:rsidR="009F254C" w:rsidRDefault="009F254C" w:rsidP="009F254C">
      <w:pPr>
        <w:autoSpaceDE w:val="0"/>
        <w:autoSpaceDN w:val="0"/>
        <w:spacing w:before="4" w:after="0" w:line="247" w:lineRule="auto"/>
        <w:ind w:left="388" w:right="3888"/>
      </w:pPr>
    </w:p>
    <w:p w:rsidR="00A65297" w:rsidRDefault="00A65297" w:rsidP="009F254C"/>
    <w:p w:rsidR="00A65297" w:rsidRPr="00A65297" w:rsidRDefault="00A65297" w:rsidP="00A65297"/>
    <w:p w:rsidR="00A65297" w:rsidRPr="00A65297" w:rsidRDefault="00A65297" w:rsidP="00A65297"/>
    <w:p w:rsidR="00A65297" w:rsidRPr="00A65297" w:rsidRDefault="00A65297" w:rsidP="00A65297">
      <w:r>
        <w:rPr>
          <w:noProof/>
        </w:rPr>
        <w:drawing>
          <wp:inline distT="0" distB="0" distL="0" distR="0" wp14:anchorId="7EC783AA" wp14:editId="47130545">
            <wp:extent cx="4269740" cy="495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6"/>
                    <a:stretch>
                      <a:fillRect/>
                    </a:stretch>
                  </pic:blipFill>
                  <pic:spPr>
                    <a:xfrm>
                      <a:off x="0" y="0"/>
                      <a:ext cx="4269740" cy="495300"/>
                    </a:xfrm>
                    <a:prstGeom prst="rect">
                      <a:avLst/>
                    </a:prstGeom>
                  </pic:spPr>
                </pic:pic>
              </a:graphicData>
            </a:graphic>
          </wp:inline>
        </w:drawing>
      </w:r>
    </w:p>
    <w:p w:rsidR="00A65297" w:rsidRPr="00A65297" w:rsidRDefault="00A65297" w:rsidP="00A65297"/>
    <w:p w:rsidR="00A65297" w:rsidRPr="00A65297" w:rsidRDefault="00A65297" w:rsidP="00A65297"/>
    <w:p w:rsidR="00A65297" w:rsidRPr="00A65297" w:rsidRDefault="00A65297" w:rsidP="00A65297"/>
    <w:p w:rsidR="00A65297" w:rsidRDefault="00A65297" w:rsidP="00A65297"/>
    <w:p w:rsidR="009F254C" w:rsidRPr="00A65297" w:rsidRDefault="00A65297" w:rsidP="00A65297">
      <w:pPr>
        <w:tabs>
          <w:tab w:val="left" w:pos="2175"/>
        </w:tabs>
      </w:pPr>
      <w:r>
        <w:tab/>
      </w:r>
    </w:p>
    <w:sectPr w:rsidR="009F254C" w:rsidRPr="00A65297" w:rsidSect="00A65297">
      <w:type w:val="continuous"/>
      <w:pgSz w:w="11921" w:h="16841"/>
      <w:pgMar w:top="4" w:right="0" w:bottom="342" w:left="0" w:header="720" w:footer="720" w:gutter="0"/>
      <w:cols w:space="720" w:equalWidth="0">
        <w:col w:w="12230" w:space="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24B0A"/>
    <w:rsid w:val="00034616"/>
    <w:rsid w:val="0006063C"/>
    <w:rsid w:val="000C4110"/>
    <w:rsid w:val="0015074B"/>
    <w:rsid w:val="002029F2"/>
    <w:rsid w:val="0029639D"/>
    <w:rsid w:val="0029720F"/>
    <w:rsid w:val="002F3308"/>
    <w:rsid w:val="00310211"/>
    <w:rsid w:val="00326F90"/>
    <w:rsid w:val="003C0B36"/>
    <w:rsid w:val="00565E83"/>
    <w:rsid w:val="006E5729"/>
    <w:rsid w:val="00727A8A"/>
    <w:rsid w:val="007A05ED"/>
    <w:rsid w:val="0089010E"/>
    <w:rsid w:val="00962FD5"/>
    <w:rsid w:val="009657C7"/>
    <w:rsid w:val="009F254C"/>
    <w:rsid w:val="00A65297"/>
    <w:rsid w:val="00AA1D8D"/>
    <w:rsid w:val="00AC043C"/>
    <w:rsid w:val="00B47730"/>
    <w:rsid w:val="00BD5B2D"/>
    <w:rsid w:val="00C2754A"/>
    <w:rsid w:val="00C3365E"/>
    <w:rsid w:val="00C96A3D"/>
    <w:rsid w:val="00CB0664"/>
    <w:rsid w:val="00DA782E"/>
    <w:rsid w:val="00E162B0"/>
    <w:rsid w:val="00FC693F"/>
    <w:rsid w:val="00FF04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278429"/>
  <w14:defaultImageDpi w14:val="300"/>
  <w15:docId w15:val="{E13AD500-C23E-4E08-BBC7-4828DB5F2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E162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herzalmay33@gmail.com" TargetMode="External"/><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438DB-54E2-4C49-9FE9-D62BB1823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2</Pages>
  <Words>319</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maherzalmay</cp:lastModifiedBy>
  <cp:revision>18</cp:revision>
  <dcterms:created xsi:type="dcterms:W3CDTF">2013-12-23T23:15:00Z</dcterms:created>
  <dcterms:modified xsi:type="dcterms:W3CDTF">2024-07-23T10:42:00Z</dcterms:modified>
  <cp:category/>
</cp:coreProperties>
</file>